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משימות חקר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בכלכלת התנהגות, צרכנות וכסף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במשימת חקר מבוססת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וניתוח של מידע כלכלי ממקורות רשמיים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חשיבה מהירה ואינטואיטיבית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ספירה לאחור למבצע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האם המארז הגדול באמת זול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14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אמצעי חליפין, יחידת חשבון, שמירת 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לעיתים יש הפרש מחיר נסתר לעומת תשלום במזומן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ריבית דריבית צומחת לאורך זמן ולכן התחלה מוקדמת משמעותית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מעודד לחץ ופנייה למערכת 1 המהירה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תיאום מחירים בין מתחרים מעלה מחירים ופוגע בבחירה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50/30/20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מערכת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(חשיבה מהירה ואינטואיטיבית)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(חשיבה איטית ומחושבת)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(ריבית שמחושבת גם על הריבית שנצברה)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(כמות המוצר שמוכרים מציעים למכירה)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(כמות המוצר שקונים רוצים לרכוש)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משימת 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נושא ומשימת חקר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איסוף נתונים ממקורות רשמיים עם 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ארגון הנתונים בטבלה או בגרף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ניתוח התוצאות וגזירת מסקנה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הכנת הצגה קצרה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מערכת 1 מהירה ורגשית, מערכת 2 איטית ובודקת נתונים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״נותרו 2 במלאי״ - שאלה: האם אני באמת צריך את זה עכשיו?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מהירה/רגשית מול איטית/מחושבת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אתר רשמי, רשות ממשלתית, מחשבון רשמי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מחירים ונתונים כלכליים משתנים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כהכנה לפני שהתלמידים בוחרים משימת חקר לזוג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יחד על מונח אחד או שניים מהמילון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הפתוח כבסיס לדיון קצר בכיתה לפני כתיבת עבודת החקר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משימות חקר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המושגים והמיומנויות שעומדים בבסיס משימות החקר - קבלת החלטות, צרכנות, שוק הכסף וריבית - לקראת עבודה עצמאית על אחת המשימות.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מערכת 1 בקבלת החלטות?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חשיבה מהירה ואינטואיטיבית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חשיבה איטית ומחושבת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מחשבון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הגנת הצרכן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טריק שיווקי פונה בעיקר למערכת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ספירה לאחור למבצע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טבלת השוואת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קריאת תקנון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חישוב מחיר ל-100 גרם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חישוב ״מחיר ל-100 גרם״ עוזר לבדוק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המארז הגדול באמת זול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טעם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תאריך התפוגה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צבע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החוק, כמה ימים יש בדרך כלל לביטול עסקה?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מהם שלושת תפקידי הכסף?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אמצעי חליפין, יחידת חשבון, שמירת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מזומן, אשראי, צ'ק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מכירה, קנייה, חליפין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מחיר, היקף, איכות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ב-12 תשלומים ללא ריבית תמיד זולה יותר ממזומן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מוקדם, גם בסכומים קטנים, יכול לצבור הרבה בזכות ריבית דריבית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הכיתוב ״נותרו 2 במלאי״ מעודד חשיבה רגועה ומחושבת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קרטל הוא הסכם בין מתחרים שפוגע בתחרות ובצרכנים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שיטת תקציב שמחלקת הכנסה ל-50% צרכים, 30% רצונות ו-20% חיסכון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הביקוש עולה וההיצע נשאר קבוע, המחיר בדרך כלל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הסכם סמוי בין חברות מתחרות לתיאום מחירים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חשיבה מהירה, אוטומטית ורגשית בקבלת החלטות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מערכת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כמות המוצר שמוכרים מציעים למכירה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מערכת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ריבית שמחושבת גם על הריבית שנצברה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כמות המוצר שקונים רוצים לרכוש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חשיבה מהירה ואינטואיטיבית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חשיבה איטית ומחושבת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משימת חקר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הנתונים בטבלה או בגרף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ניתוח התוצאות וגזירת מסקנה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הכנת הצגה קצרה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איסוף נתונים ממקורות רשמיים עם תאריך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נושא ומשימת חקר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בקיצור את ההבדל בין מערכת 1 למערכת 2 בהחלטות צרכניות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לטריק שיווקי אחד ונסחו שאלת מערכת 2 שמנטרלת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מערכת 1 למערכת 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למקור רשמי שאפשר להשתמש בו במשימת חקר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לציין תאריך לכל נתון שאוספים?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משימות חקר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