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משימות חקר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בכלכלת התנהגות, צרכנות וכסף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במשימת חקר מבוססת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וניתוח של מידע כלכלי ממקורות רשמיים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חשיבה מהירה ואינטואיטיבית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האם המארז הגדול באמת זול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לעיתים יש הפרש מחיר נסתר לעומת תשלום במזומן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מעודד לחץ ופנייה למערכת 1 המהירה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50/30/20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מערכת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(חשיבה מהירה ואינטואיטיבית)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(חשיבה איטית ומחושבת)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(כמות המוצר שמוכרים מציעים למכירה)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משימת 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ומשימת חקר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ארגון הנתונים בטבלה או בגרף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הכנת הצגה קצרה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מערכת 1 מהירה ורגשית, מערכת 2 איטית ובודקת נתונים לפני 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מהירה/רגשית מול איטית/מחושבת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אתר רשמי, רשות ממשלתית, מחשבון רשמי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מחירים ונתונים כלכליים משתנים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כהכנה לפני שהתלמידים בוחרים משימת חקר לזוג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מונח אחד או שניים מהמילון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כבסיס לדיון קצר בכיתה לפני כתיבת עבודת החקר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משימות חקר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והמיומנויות שעומדים בבסיס משימות החקר - קבלת החלטות, צרכנות, שוק הכסף וריבית - לקראת עבודה עצמאית על אחת המשימות.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50/30/20  ·  מערכת 1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מערכת 1 בקבלת החלטות?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חשיבה מהירה ואינטואיטיבית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חשיבה איטית ומחושבת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מחשבון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חישוב ״מחיר ל-100 גרם״ עוזר לבדוק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האם המארז הגדול באמת 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טעם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תאריך התפוגה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קנייה ב-12 תשלומים ללא ריבית תמיד זולה יותר ממזומן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הכיתוב ״נותרו 2 במלאי״ מעודד חשיבה רגועה ומחושבת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שיטת תקציב שמחלקת הכנסה ל-50% צרכים, 30% רצונות ו-20% חיסכון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חשיבה מהירה, אוטומטית ורגשית בקבלת החלטות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מערכת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חשיבה איטית ומחושבת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מערכת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כמות המוצר שמוכרים מציעים למכירה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חשיבה מהירה ואינטואיטיבית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 משימת 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ארגון הנתונים בטבלה או בגרף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הכנת הצגה קצרה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נושא ומשימת חקר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בקיצור את ההבדל בין מערכת 1 למערכת 2 בהחלטות צרכניות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מערכת 1 למערכת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למקור רשמי שאפשר להשתמש בו במשימת חקר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משימות חקר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